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Shopping center introduction email: approval form</w:t>
      </w:r>
    </w:p>
    <w:p>
      <w:r>
        <w:t>Choose your sender, review the email below and send this form back to us. We personalize it for every center and send it from your address.</w:t>
      </w:r>
    </w:p>
    <w:tbl>
      <w:tblPr>
        <w:tblStyle w:val="TableGrid"/>
        <w:tblW w:type="auto" w:w="0"/>
        <w:tblLook w:firstColumn="1" w:firstRow="1" w:lastColumn="0" w:lastRow="0" w:noHBand="0" w:noVBand="1" w:val="04A0"/>
      </w:tblPr>
      <w:tblGrid>
        <w:gridCol w:w="4320"/>
        <w:gridCol w:w="4320"/>
      </w:tblGrid>
      <w:tr>
        <w:tc>
          <w:tcPr>
            <w:tcW w:type="dxa" w:w="4320"/>
          </w:tcPr>
          <w:p>
            <w:r>
              <w:t>Sender name</w:t>
            </w:r>
          </w:p>
        </w:tc>
        <w:tc>
          <w:tcPr>
            <w:tcW w:type="dxa" w:w="4320"/>
          </w:tcPr>
          <w:p>
            <w:r/>
          </w:p>
        </w:tc>
      </w:tr>
      <w:tr>
        <w:tc>
          <w:tcPr>
            <w:tcW w:type="dxa" w:w="4320"/>
          </w:tcPr>
          <w:p>
            <w:r>
              <w:t>Sender title</w:t>
            </w:r>
          </w:p>
        </w:tc>
        <w:tc>
          <w:tcPr>
            <w:tcW w:type="dxa" w:w="4320"/>
          </w:tcPr>
          <w:p>
            <w:r/>
          </w:p>
        </w:tc>
      </w:tr>
      <w:tr>
        <w:tc>
          <w:tcPr>
            <w:tcW w:type="dxa" w:w="4320"/>
          </w:tcPr>
          <w:p>
            <w:r>
              <w:t>Sender email address</w:t>
            </w:r>
          </w:p>
        </w:tc>
        <w:tc>
          <w:tcPr>
            <w:tcW w:type="dxa" w:w="4320"/>
          </w:tcPr>
          <w:p>
            <w:r/>
          </w:p>
        </w:tc>
      </w:tr>
      <w:tr>
        <w:tc>
          <w:tcPr>
            <w:tcW w:type="dxa" w:w="4320"/>
          </w:tcPr>
          <w:p>
            <w:r>
              <w:t>Others on your team who will send campaigns</w:t>
            </w:r>
          </w:p>
        </w:tc>
        <w:tc>
          <w:tcPr>
            <w:tcW w:type="dxa" w:w="4320"/>
          </w:tcPr>
          <w:p>
            <w:r/>
          </w:p>
        </w:tc>
      </w:tr>
      <w:tr>
        <w:tc>
          <w:tcPr>
            <w:tcW w:type="dxa" w:w="4320"/>
          </w:tcPr>
          <w:p>
            <w:r>
              <w:t>Language(s): English only, or attach translations</w:t>
            </w:r>
          </w:p>
        </w:tc>
        <w:tc>
          <w:tcPr>
            <w:tcW w:type="dxa" w:w="4320"/>
          </w:tcPr>
          <w:p>
            <w:r/>
          </w:p>
        </w:tc>
      </w:tr>
      <w:tr>
        <w:tc>
          <w:tcPr>
            <w:tcW w:type="dxa" w:w="4320"/>
          </w:tcPr>
          <w:p>
            <w:r>
              <w:t>Approved (yes, or see edits)</w:t>
            </w:r>
          </w:p>
        </w:tc>
        <w:tc>
          <w:tcPr>
            <w:tcW w:type="dxa" w:w="4320"/>
          </w:tcPr>
          <w:p>
            <w:r/>
          </w:p>
        </w:tc>
      </w:tr>
    </w:tbl>
    <w:p>
      <w:pPr>
        <w:pStyle w:val="Heading2"/>
      </w:pPr>
      <w:r>
        <w:t>Email we send for you</w:t>
      </w:r>
    </w:p>
    <w:p>
      <w:r>
        <w:rPr>
          <w:i/>
        </w:rPr>
        <w:t>Fields in [[double brackets]] are filled in by Engagement Agents for each shopping center. Edit anything else you like.</w:t>
      </w:r>
    </w:p>
    <w:p>
      <w:r>
        <w:t>Subject: [[Brand]] campaigns are now coming through Engagement Agents</w:t>
      </w:r>
    </w:p>
    <w:p>
      <w:r>
        <w:t>Hi [[ContactFirstName]],</w:t>
      </w:r>
    </w:p>
    <w:p>
      <w:r>
        <w:t>I hope all is well. My name is [Your name], [Your title] at [[Brand]].</w:t>
      </w:r>
    </w:p>
    <w:p>
      <w:r>
        <w:t>We've partnered with Engagement Agents to send our marketing campaigns to all of our shopping centers. It means our campaigns will reach you consistent, current and correct, and it helps us drive more traffic and sales to [[CenterName]] and our store. Please treat this email as formal notice.</w:t>
      </w:r>
    </w:p>
    <w:p>
      <w:r>
        <w:t>To make sure our campaigns reach you, please add @mail.engagementagents.com and @[your domain] to your safe senders list.</w:t>
      </w:r>
    </w:p>
    <w:p>
      <w:r>
        <w:t>Here are the contacts we have on file to receive our campaigns: [[ContactTable]]. If anything has changed, please reply to let us know. (For centers where we don't have a contact yet, this line asks the center to complete a short form instead.)</w:t>
      </w:r>
    </w:p>
    <w:p>
      <w:r>
        <w:t>We'll also let our store managers know they no longer need to send campaigns to you, to save everyone duplicate work.</w:t>
      </w:r>
    </w:p>
    <w:p>
      <w:r>
        <w:t>If you have any questions, please let me know.</w:t>
      </w:r>
    </w:p>
    <w:p>
      <w:r>
        <w:t>Thank you,</w:t>
      </w:r>
    </w:p>
    <w:p>
      <w:r>
        <w:t>[Your name]</w:t>
      </w:r>
    </w:p>
    <w:p>
      <w:r>
        <w:t>When you're happy with it, reply to your Customer Success Manager with "Approved" or your edits.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